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7A835" w14:textId="77777777" w:rsidR="00236C6C" w:rsidRDefault="00000000">
      <w:pPr>
        <w:spacing w:after="20"/>
        <w:jc w:val="center"/>
        <w:rPr>
          <w:rFonts w:hint="eastAsia"/>
        </w:rPr>
      </w:pPr>
      <w:r>
        <w:rPr>
          <w:rFonts w:ascii="Georgia" w:hAnsi="Georgia"/>
          <w:color w:val="111111"/>
          <w:sz w:val="44"/>
        </w:rPr>
        <w:t>JOJO MARIE®</w:t>
      </w:r>
    </w:p>
    <w:p w14:paraId="63ECCF0C" w14:textId="77777777" w:rsidR="00236C6C" w:rsidRDefault="00000000">
      <w:pPr>
        <w:spacing w:after="60"/>
        <w:jc w:val="center"/>
        <w:rPr>
          <w:rFonts w:hint="eastAsia"/>
        </w:rPr>
      </w:pPr>
      <w:r>
        <w:rPr>
          <w:b/>
          <w:color w:val="A7896F"/>
          <w:sz w:val="16"/>
        </w:rPr>
        <w:t>PERSONALISED CANDLE &amp; EVENT ENQUIRY</w:t>
      </w:r>
    </w:p>
    <w:p w14:paraId="0ECFD861" w14:textId="77777777" w:rsidR="00236C6C" w:rsidRDefault="00000000">
      <w:pPr>
        <w:jc w:val="center"/>
        <w:rPr>
          <w:rFonts w:hint="eastAsia"/>
        </w:rPr>
      </w:pPr>
      <w:r>
        <w:rPr>
          <w:color w:val="666666"/>
        </w:rPr>
        <w:t>Tell us about your occasion and the look you have in mind. We’ll use these details to prepare the right options and quotation for you.</w:t>
      </w:r>
    </w:p>
    <w:p w14:paraId="56ACAC9F" w14:textId="77777777" w:rsidR="00236C6C" w:rsidRDefault="00000000">
      <w:pPr>
        <w:spacing w:before="140" w:after="80"/>
        <w:rPr>
          <w:rFonts w:hint="eastAsia"/>
        </w:rPr>
      </w:pPr>
      <w:r>
        <w:rPr>
          <w:rFonts w:ascii="Georgia" w:hAnsi="Georgia"/>
          <w:color w:val="111111"/>
          <w:sz w:val="28"/>
        </w:rPr>
        <w:t>1. Your Occasion</w:t>
      </w:r>
    </w:p>
    <w:p w14:paraId="3967301F" w14:textId="77777777" w:rsidR="00236C6C" w:rsidRDefault="00000000">
      <w:pPr>
        <w:spacing w:after="100"/>
        <w:rPr>
          <w:rFonts w:hint="eastAsia"/>
        </w:rPr>
      </w:pPr>
      <w:r>
        <w:rPr>
          <w:color w:val="666666"/>
          <w:sz w:val="17"/>
        </w:rPr>
        <w:t>Please tick one option. If you are unsure, choose Special Occasion and tell us more below.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2088"/>
        <w:gridCol w:w="2088"/>
        <w:gridCol w:w="2088"/>
        <w:gridCol w:w="2088"/>
      </w:tblGrid>
      <w:tr w:rsidR="00236C6C" w14:paraId="41C285B9" w14:textId="77777777">
        <w:trPr>
          <w:jc w:val="center"/>
        </w:trPr>
        <w:tc>
          <w:tcPr>
            <w:tcW w:w="2088" w:type="dxa"/>
            <w:tcBorders>
              <w:top w:val="single" w:sz="6" w:space="0" w:color="D8CFC7"/>
              <w:left w:val="single" w:sz="6" w:space="0" w:color="D8CFC7"/>
              <w:bottom w:val="single" w:sz="6" w:space="0" w:color="D8CFC7"/>
              <w:right w:val="single" w:sz="6" w:space="0" w:color="D8CFC7"/>
            </w:tcBorders>
            <w:shd w:val="clear" w:color="auto" w:fill="F8F6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ADDF5E" w14:textId="77777777" w:rsidR="00236C6C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111111"/>
              </w:rPr>
              <w:t>☐ Corporate</w:t>
            </w:r>
          </w:p>
        </w:tc>
        <w:tc>
          <w:tcPr>
            <w:tcW w:w="2088" w:type="dxa"/>
            <w:tcBorders>
              <w:top w:val="single" w:sz="6" w:space="0" w:color="D8CFC7"/>
              <w:left w:val="single" w:sz="6" w:space="0" w:color="D8CFC7"/>
              <w:bottom w:val="single" w:sz="6" w:space="0" w:color="D8CFC7"/>
              <w:right w:val="single" w:sz="6" w:space="0" w:color="D8CFC7"/>
            </w:tcBorders>
            <w:shd w:val="clear" w:color="auto" w:fill="F8F6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5EE547" w14:textId="77777777" w:rsidR="00236C6C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111111"/>
              </w:rPr>
              <w:t>☐ Wedding</w:t>
            </w:r>
          </w:p>
        </w:tc>
        <w:tc>
          <w:tcPr>
            <w:tcW w:w="2088" w:type="dxa"/>
            <w:tcBorders>
              <w:top w:val="single" w:sz="6" w:space="0" w:color="D8CFC7"/>
              <w:left w:val="single" w:sz="6" w:space="0" w:color="D8CFC7"/>
              <w:bottom w:val="single" w:sz="6" w:space="0" w:color="D8CFC7"/>
              <w:right w:val="single" w:sz="6" w:space="0" w:color="D8CFC7"/>
            </w:tcBorders>
            <w:shd w:val="clear" w:color="auto" w:fill="F8F6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8E9D40" w14:textId="77777777" w:rsidR="00236C6C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111111"/>
              </w:rPr>
              <w:t>☐ Baby Shower</w:t>
            </w:r>
          </w:p>
        </w:tc>
        <w:tc>
          <w:tcPr>
            <w:tcW w:w="2088" w:type="dxa"/>
            <w:tcBorders>
              <w:top w:val="single" w:sz="6" w:space="0" w:color="D8CFC7"/>
              <w:left w:val="single" w:sz="6" w:space="0" w:color="D8CFC7"/>
              <w:bottom w:val="single" w:sz="6" w:space="0" w:color="D8CFC7"/>
              <w:right w:val="single" w:sz="6" w:space="0" w:color="D8CFC7"/>
            </w:tcBorders>
            <w:shd w:val="clear" w:color="auto" w:fill="F8F6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336C87" w14:textId="77777777" w:rsidR="00236C6C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111111"/>
              </w:rPr>
              <w:t>☐ Birthday</w:t>
            </w:r>
          </w:p>
        </w:tc>
        <w:tc>
          <w:tcPr>
            <w:tcW w:w="2088" w:type="dxa"/>
            <w:tcBorders>
              <w:top w:val="single" w:sz="6" w:space="0" w:color="D8CFC7"/>
              <w:left w:val="single" w:sz="6" w:space="0" w:color="D8CFC7"/>
              <w:bottom w:val="single" w:sz="6" w:space="0" w:color="D8CFC7"/>
              <w:right w:val="single" w:sz="6" w:space="0" w:color="D8CFC7"/>
            </w:tcBorders>
            <w:shd w:val="clear" w:color="auto" w:fill="F8F6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D74D70" w14:textId="77777777" w:rsidR="00236C6C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111111"/>
              </w:rPr>
              <w:t>☐ Special Occasion</w:t>
            </w:r>
          </w:p>
        </w:tc>
      </w:tr>
    </w:tbl>
    <w:p w14:paraId="5E90E159" w14:textId="77777777" w:rsidR="00236C6C" w:rsidRDefault="00000000">
      <w:pPr>
        <w:spacing w:before="140" w:after="80"/>
        <w:rPr>
          <w:rFonts w:hint="eastAsia"/>
        </w:rPr>
      </w:pPr>
      <w:r>
        <w:rPr>
          <w:rFonts w:ascii="Georgia" w:hAnsi="Georgia"/>
          <w:color w:val="111111"/>
          <w:sz w:val="28"/>
        </w:rPr>
        <w:t>2. Your Contact Details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236C6C" w14:paraId="1D07C552" w14:textId="77777777">
        <w:trPr>
          <w:jc w:val="center"/>
        </w:trPr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721F6AF" w14:textId="51B79E1F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 xml:space="preserve">Full name </w:t>
            </w:r>
            <w:r w:rsidR="00D93344" w:rsidRPr="00D93344">
              <w:rPr>
                <w:b/>
                <w:color w:val="EE0000"/>
              </w:rPr>
              <w:t>*</w:t>
            </w:r>
          </w:p>
          <w:p w14:paraId="6D01923B" w14:textId="7ED99516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i/>
                <w:color w:val="8A8A8A"/>
                <w:sz w:val="16"/>
              </w:rPr>
              <w:t>e.g. Jane Smith</w:t>
            </w:r>
          </w:p>
        </w:tc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53C89B" w14:textId="070F9366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 xml:space="preserve">Email address </w:t>
            </w:r>
            <w:r w:rsidR="00D93344" w:rsidRPr="00D93344">
              <w:rPr>
                <w:b/>
                <w:color w:val="EE0000"/>
              </w:rPr>
              <w:t>*</w:t>
            </w:r>
          </w:p>
          <w:p w14:paraId="5943E728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i/>
                <w:color w:val="8A8A8A"/>
                <w:sz w:val="16"/>
              </w:rPr>
              <w:t>you@example.com</w:t>
            </w:r>
          </w:p>
        </w:tc>
      </w:tr>
      <w:tr w:rsidR="00236C6C" w14:paraId="34FA6386" w14:textId="77777777">
        <w:trPr>
          <w:jc w:val="center"/>
        </w:trPr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E29A1D2" w14:textId="77777777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>Phone number</w:t>
            </w:r>
          </w:p>
          <w:p w14:paraId="2E31D69F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i/>
                <w:color w:val="8A8A8A"/>
                <w:sz w:val="16"/>
              </w:rPr>
              <w:t>Optional</w:t>
            </w:r>
          </w:p>
        </w:tc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90369BA" w14:textId="77777777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>Company / organisation</w:t>
            </w:r>
          </w:p>
          <w:p w14:paraId="22FBE7DA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i/>
                <w:color w:val="8A8A8A"/>
                <w:sz w:val="16"/>
              </w:rPr>
              <w:t>Corporate enquiries only</w:t>
            </w:r>
          </w:p>
        </w:tc>
      </w:tr>
    </w:tbl>
    <w:p w14:paraId="04C8D08B" w14:textId="77777777" w:rsidR="00236C6C" w:rsidRDefault="00000000">
      <w:pPr>
        <w:spacing w:before="140" w:after="80"/>
        <w:rPr>
          <w:rFonts w:hint="eastAsia"/>
        </w:rPr>
      </w:pPr>
      <w:r>
        <w:rPr>
          <w:rFonts w:ascii="Georgia" w:hAnsi="Georgia"/>
          <w:color w:val="111111"/>
          <w:sz w:val="28"/>
        </w:rPr>
        <w:t>3. Event Details</w:t>
      </w:r>
    </w:p>
    <w:p w14:paraId="26F51534" w14:textId="77777777" w:rsidR="00236C6C" w:rsidRDefault="00000000">
      <w:pPr>
        <w:spacing w:after="100"/>
        <w:rPr>
          <w:rFonts w:hint="eastAsia"/>
        </w:rPr>
      </w:pPr>
      <w:r>
        <w:rPr>
          <w:color w:val="666666"/>
          <w:sz w:val="17"/>
        </w:rPr>
        <w:t>Dates and quantities help us confirm availability and production time.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04"/>
        <w:gridCol w:w="3504"/>
        <w:gridCol w:w="3504"/>
      </w:tblGrid>
      <w:tr w:rsidR="00236C6C" w14:paraId="32ACFDAE" w14:textId="77777777">
        <w:trPr>
          <w:jc w:val="center"/>
        </w:trPr>
        <w:tc>
          <w:tcPr>
            <w:tcW w:w="3504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33B21EA" w14:textId="4AFC9217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 xml:space="preserve">Event date </w:t>
            </w:r>
            <w:r w:rsidR="00D93344" w:rsidRPr="00D93344">
              <w:rPr>
                <w:b/>
                <w:color w:val="EE0000"/>
              </w:rPr>
              <w:t>*</w:t>
            </w:r>
          </w:p>
          <w:p w14:paraId="2E90E66D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i/>
                <w:color w:val="8A8A8A"/>
                <w:sz w:val="16"/>
              </w:rPr>
              <w:t>DD / MM / YYYY</w:t>
            </w:r>
          </w:p>
        </w:tc>
        <w:tc>
          <w:tcPr>
            <w:tcW w:w="3504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7E4A3F7" w14:textId="3B6AB0DD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 xml:space="preserve">Required by / delivery deadline </w:t>
            </w:r>
            <w:r w:rsidR="00D93344" w:rsidRPr="00D93344">
              <w:rPr>
                <w:b/>
                <w:color w:val="EE0000"/>
              </w:rPr>
              <w:t>*</w:t>
            </w:r>
          </w:p>
          <w:p w14:paraId="6972EF54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i/>
                <w:color w:val="8A8A8A"/>
                <w:sz w:val="16"/>
              </w:rPr>
              <w:t>DD / MM / YYYY</w:t>
            </w:r>
          </w:p>
        </w:tc>
        <w:tc>
          <w:tcPr>
            <w:tcW w:w="3504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95456FC" w14:textId="632AEEF2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 xml:space="preserve">Venue / delivery </w:t>
            </w:r>
            <w:r w:rsidR="00FE3942">
              <w:rPr>
                <w:b/>
                <w:color w:val="111111"/>
              </w:rPr>
              <w:t>address</w:t>
            </w:r>
            <w:r>
              <w:rPr>
                <w:b/>
                <w:color w:val="111111"/>
              </w:rPr>
              <w:t xml:space="preserve"> or postcode</w:t>
            </w:r>
          </w:p>
          <w:p w14:paraId="3399E9D9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color w:val="8A8A8A"/>
                <w:sz w:val="16"/>
              </w:rPr>
              <w:t xml:space="preserve"> </w:t>
            </w:r>
          </w:p>
        </w:tc>
      </w:tr>
      <w:tr w:rsidR="00236C6C" w14:paraId="53634468" w14:textId="77777777">
        <w:trPr>
          <w:jc w:val="center"/>
        </w:trPr>
        <w:tc>
          <w:tcPr>
            <w:tcW w:w="3504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18CB981" w14:textId="21B9A9D4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 xml:space="preserve">Approx. quantity </w:t>
            </w:r>
            <w:r w:rsidR="00D93344" w:rsidRPr="00D93344">
              <w:rPr>
                <w:b/>
                <w:color w:val="EE0000"/>
              </w:rPr>
              <w:t>*</w:t>
            </w:r>
          </w:p>
          <w:p w14:paraId="7EB553AA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i/>
                <w:color w:val="8A8A8A"/>
                <w:sz w:val="16"/>
              </w:rPr>
              <w:t>e.g. 30 / 75 / 150</w:t>
            </w:r>
          </w:p>
        </w:tc>
        <w:tc>
          <w:tcPr>
            <w:tcW w:w="3504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D579DBE" w14:textId="77777777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>Approx. budget</w:t>
            </w:r>
          </w:p>
          <w:p w14:paraId="754B3499" w14:textId="3EC5246F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i/>
                <w:color w:val="8A8A8A"/>
                <w:sz w:val="16"/>
              </w:rPr>
              <w:t xml:space="preserve">£________ total / </w:t>
            </w:r>
          </w:p>
        </w:tc>
        <w:tc>
          <w:tcPr>
            <w:tcW w:w="3504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12DC2B9" w14:textId="77777777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>Preferred contact method</w:t>
            </w:r>
          </w:p>
          <w:p w14:paraId="339417D6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i/>
                <w:color w:val="8A8A8A"/>
                <w:sz w:val="16"/>
              </w:rPr>
              <w:t>☐ Email   ☐ Phone</w:t>
            </w:r>
          </w:p>
        </w:tc>
      </w:tr>
      <w:tr w:rsidR="00236C6C" w14:paraId="7A993BBA" w14:textId="77777777">
        <w:trPr>
          <w:jc w:val="center"/>
        </w:trPr>
        <w:tc>
          <w:tcPr>
            <w:tcW w:w="3504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44378E" w14:textId="77777777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>Delivery preference</w:t>
            </w:r>
          </w:p>
          <w:p w14:paraId="2E13FA09" w14:textId="080B581C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i/>
                <w:color w:val="8A8A8A"/>
                <w:sz w:val="16"/>
              </w:rPr>
              <w:t xml:space="preserve">☐ One address   ☐ Multiple addresses   </w:t>
            </w:r>
          </w:p>
        </w:tc>
        <w:tc>
          <w:tcPr>
            <w:tcW w:w="3504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F6BEEA1" w14:textId="77777777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>Do you need samples first?</w:t>
            </w:r>
          </w:p>
          <w:p w14:paraId="7AAE7BA3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i/>
                <w:color w:val="8A8A8A"/>
                <w:sz w:val="16"/>
              </w:rPr>
              <w:t>☐ Yes   ☐ No   ☐ Not sure</w:t>
            </w:r>
          </w:p>
        </w:tc>
        <w:tc>
          <w:tcPr>
            <w:tcW w:w="3504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2CA24AA" w14:textId="77777777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>How did you hear about us?</w:t>
            </w:r>
          </w:p>
          <w:p w14:paraId="6FED3864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i/>
                <w:color w:val="8A8A8A"/>
                <w:sz w:val="16"/>
              </w:rPr>
              <w:t>Instagram / Google / Recommendation / Other</w:t>
            </w:r>
          </w:p>
        </w:tc>
      </w:tr>
    </w:tbl>
    <w:p w14:paraId="639541E2" w14:textId="77777777" w:rsidR="00236C6C" w:rsidRDefault="00000000">
      <w:pPr>
        <w:spacing w:before="140" w:after="80"/>
        <w:rPr>
          <w:rFonts w:hint="eastAsia"/>
        </w:rPr>
      </w:pPr>
      <w:r>
        <w:rPr>
          <w:rFonts w:ascii="Georgia" w:hAnsi="Georgia"/>
          <w:color w:val="111111"/>
          <w:sz w:val="28"/>
        </w:rPr>
        <w:t>4. Candle &amp; Personalisation Preferences</w:t>
      </w:r>
    </w:p>
    <w:p w14:paraId="700D69EB" w14:textId="77777777" w:rsidR="00236C6C" w:rsidRDefault="00000000">
      <w:pPr>
        <w:spacing w:after="100"/>
        <w:rPr>
          <w:rFonts w:hint="eastAsia"/>
        </w:rPr>
      </w:pPr>
      <w:r>
        <w:rPr>
          <w:color w:val="666666"/>
          <w:sz w:val="17"/>
        </w:rPr>
        <w:t>You do not need to know every detail yet. Tick “open to advice” wherever you would like us to recommend options.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236C6C" w14:paraId="07546255" w14:textId="77777777">
        <w:trPr>
          <w:jc w:val="center"/>
        </w:trPr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DA54F03" w14:textId="77777777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>Candle / product size</w:t>
            </w:r>
          </w:p>
          <w:p w14:paraId="59D4FCA1" w14:textId="64E063B8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i/>
                <w:color w:val="8A8A8A"/>
                <w:sz w:val="16"/>
              </w:rPr>
              <w:t>☐ Mini</w:t>
            </w:r>
            <w:r w:rsidR="00D93344">
              <w:rPr>
                <w:i/>
                <w:color w:val="8A8A8A"/>
                <w:sz w:val="16"/>
              </w:rPr>
              <w:t xml:space="preserve"> candle</w:t>
            </w:r>
            <w:r>
              <w:rPr>
                <w:i/>
                <w:color w:val="8A8A8A"/>
                <w:sz w:val="16"/>
              </w:rPr>
              <w:t xml:space="preserve"> </w:t>
            </w:r>
            <w:proofErr w:type="spellStart"/>
            <w:r>
              <w:rPr>
                <w:i/>
                <w:color w:val="8A8A8A"/>
                <w:sz w:val="16"/>
              </w:rPr>
              <w:t>favour</w:t>
            </w:r>
            <w:proofErr w:type="spellEnd"/>
            <w:r>
              <w:rPr>
                <w:i/>
                <w:color w:val="8A8A8A"/>
                <w:sz w:val="16"/>
              </w:rPr>
              <w:t xml:space="preserve">   ☐ 20cl candle   ☐ Gift set   </w:t>
            </w:r>
          </w:p>
        </w:tc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AECA4D2" w14:textId="77777777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>Vessel colour / finish</w:t>
            </w:r>
          </w:p>
          <w:p w14:paraId="437C018D" w14:textId="53BCF3FB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i/>
                <w:color w:val="8A8A8A"/>
                <w:sz w:val="16"/>
              </w:rPr>
              <w:t xml:space="preserve">☐ Clear glass   ☐ Black   </w:t>
            </w:r>
          </w:p>
        </w:tc>
      </w:tr>
      <w:tr w:rsidR="00236C6C" w14:paraId="40B70A00" w14:textId="77777777">
        <w:trPr>
          <w:jc w:val="center"/>
        </w:trPr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4CFDC4" w14:textId="77777777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>Fragrance preference</w:t>
            </w:r>
          </w:p>
          <w:p w14:paraId="63B02C75" w14:textId="1613596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i/>
                <w:color w:val="8A8A8A"/>
                <w:sz w:val="16"/>
              </w:rPr>
              <w:t xml:space="preserve">☐ Fresh   ☐ Floral   ☐ Fruity   ☐ Warm / cosy   </w:t>
            </w:r>
          </w:p>
        </w:tc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8A65FB0" w14:textId="77777777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>Personalisation style</w:t>
            </w:r>
          </w:p>
          <w:p w14:paraId="21B1E551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i/>
                <w:color w:val="8A8A8A"/>
                <w:sz w:val="16"/>
              </w:rPr>
              <w:t>☐ Printed label   ☐ Hanging tag   ☐ Logo / branding   ☐ No personalisation</w:t>
            </w:r>
          </w:p>
        </w:tc>
      </w:tr>
      <w:tr w:rsidR="00236C6C" w14:paraId="21CD3B3E" w14:textId="77777777">
        <w:trPr>
          <w:jc w:val="center"/>
        </w:trPr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90776F8" w14:textId="45838576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 xml:space="preserve">Ribbon / finishing </w:t>
            </w:r>
            <w:proofErr w:type="spellStart"/>
            <w:r>
              <w:rPr>
                <w:b/>
                <w:color w:val="111111"/>
              </w:rPr>
              <w:t>colour</w:t>
            </w:r>
            <w:proofErr w:type="spellEnd"/>
            <w:r w:rsidR="00D93344">
              <w:rPr>
                <w:b/>
                <w:color w:val="111111"/>
              </w:rPr>
              <w:t xml:space="preserve"> (Optional)</w:t>
            </w:r>
          </w:p>
          <w:p w14:paraId="3E6BE12F" w14:textId="6A98927B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i/>
                <w:color w:val="8A8A8A"/>
                <w:sz w:val="16"/>
              </w:rPr>
              <w:t>____________________________________________</w:t>
            </w:r>
          </w:p>
        </w:tc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AAA0CA" w14:textId="77777777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>Packaging</w:t>
            </w:r>
          </w:p>
          <w:p w14:paraId="6BE7419E" w14:textId="192FF1CB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i/>
                <w:color w:val="8A8A8A"/>
                <w:sz w:val="16"/>
              </w:rPr>
              <w:t xml:space="preserve">☐ Individual box   ☐ Gift bag   ☐ Bulk event packaging   </w:t>
            </w:r>
          </w:p>
        </w:tc>
      </w:tr>
      <w:tr w:rsidR="00236C6C" w14:paraId="4D3D387E" w14:textId="77777777">
        <w:trPr>
          <w:jc w:val="center"/>
        </w:trPr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9668247" w14:textId="77777777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>Personalised wording / names / date</w:t>
            </w:r>
          </w:p>
          <w:p w14:paraId="4CA0C5F1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i/>
                <w:color w:val="8A8A8A"/>
                <w:sz w:val="16"/>
              </w:rPr>
              <w:t>____________________________________________________________</w:t>
            </w:r>
          </w:p>
        </w:tc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ED69AD2" w14:textId="77777777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>Preferred colours / theme</w:t>
            </w:r>
          </w:p>
          <w:p w14:paraId="19FE5630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i/>
                <w:color w:val="8A8A8A"/>
                <w:sz w:val="16"/>
              </w:rPr>
              <w:t>____________________________________________________________</w:t>
            </w:r>
          </w:p>
        </w:tc>
      </w:tr>
    </w:tbl>
    <w:p w14:paraId="40AD176F" w14:textId="77777777" w:rsidR="00236C6C" w:rsidRDefault="00000000">
      <w:pPr>
        <w:rPr>
          <w:rFonts w:hint="eastAsia"/>
        </w:rPr>
      </w:pPr>
      <w:r>
        <w:br w:type="page"/>
      </w:r>
    </w:p>
    <w:p w14:paraId="4B68D91C" w14:textId="77777777" w:rsidR="00236C6C" w:rsidRDefault="00000000">
      <w:pPr>
        <w:spacing w:after="40"/>
        <w:jc w:val="center"/>
        <w:rPr>
          <w:rFonts w:hint="eastAsia"/>
        </w:rPr>
      </w:pPr>
      <w:r>
        <w:rPr>
          <w:rFonts w:ascii="Georgia" w:hAnsi="Georgia"/>
          <w:color w:val="111111"/>
          <w:sz w:val="36"/>
        </w:rPr>
        <w:lastRenderedPageBreak/>
        <w:t>JOJO MARIE®</w:t>
      </w:r>
    </w:p>
    <w:p w14:paraId="105DF492" w14:textId="77777777" w:rsidR="00236C6C" w:rsidRDefault="00000000">
      <w:pPr>
        <w:jc w:val="center"/>
        <w:rPr>
          <w:rFonts w:hint="eastAsia"/>
        </w:rPr>
      </w:pPr>
      <w:r>
        <w:rPr>
          <w:b/>
          <w:color w:val="A7896F"/>
          <w:sz w:val="16"/>
        </w:rPr>
        <w:t>OCCASION-SPECIFIC DETAILS</w:t>
      </w:r>
    </w:p>
    <w:p w14:paraId="7F7C4001" w14:textId="77777777" w:rsidR="00236C6C" w:rsidRDefault="00000000">
      <w:pPr>
        <w:spacing w:before="140" w:after="80"/>
        <w:rPr>
          <w:rFonts w:hint="eastAsia"/>
        </w:rPr>
      </w:pPr>
      <w:r>
        <w:rPr>
          <w:rFonts w:ascii="Georgia" w:hAnsi="Georgia"/>
          <w:color w:val="111111"/>
          <w:sz w:val="28"/>
        </w:rPr>
        <w:t>5. Complete Only the Section That Applies</w:t>
      </w:r>
    </w:p>
    <w:p w14:paraId="5CB064B1" w14:textId="77777777" w:rsidR="00236C6C" w:rsidRDefault="00000000">
      <w:pPr>
        <w:spacing w:after="100"/>
        <w:rPr>
          <w:rFonts w:hint="eastAsia"/>
        </w:rPr>
      </w:pPr>
      <w:r>
        <w:rPr>
          <w:color w:val="666666"/>
          <w:sz w:val="17"/>
        </w:rPr>
        <w:t>These details help us personalise the candles appropriately for your event.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236C6C" w14:paraId="6E628A32" w14:textId="77777777">
        <w:trPr>
          <w:jc w:val="center"/>
        </w:trPr>
        <w:tc>
          <w:tcPr>
            <w:tcW w:w="10512" w:type="dxa"/>
            <w:gridSpan w:val="2"/>
            <w:shd w:val="clear" w:color="auto" w:fill="EFE8E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13BDBA" w14:textId="77777777" w:rsidR="00236C6C" w:rsidRDefault="00000000">
            <w:pPr>
              <w:spacing w:after="0"/>
              <w:rPr>
                <w:rFonts w:hint="eastAsia"/>
              </w:rPr>
            </w:pPr>
            <w:r>
              <w:rPr>
                <w:rFonts w:ascii="Georgia" w:hAnsi="Georgia"/>
                <w:b/>
                <w:color w:val="111111"/>
                <w:sz w:val="24"/>
              </w:rPr>
              <w:t>Corporate</w:t>
            </w:r>
            <w:r>
              <w:rPr>
                <w:i/>
                <w:color w:val="666666"/>
                <w:sz w:val="16"/>
              </w:rPr>
              <w:t xml:space="preserve">  For client gifting, launches, staff recognition, conferences and branded events.</w:t>
            </w:r>
          </w:p>
        </w:tc>
      </w:tr>
      <w:tr w:rsidR="00236C6C" w14:paraId="17BEF27A" w14:textId="77777777">
        <w:trPr>
          <w:jc w:val="center"/>
        </w:trPr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55C834B" w14:textId="77777777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 xml:space="preserve">Company / organisation </w:t>
            </w:r>
            <w:r w:rsidRPr="00194653">
              <w:rPr>
                <w:b/>
                <w:color w:val="EE0000"/>
              </w:rPr>
              <w:t>*</w:t>
            </w:r>
          </w:p>
          <w:p w14:paraId="5925BA13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color w:val="8A8A8A"/>
                <w:sz w:val="16"/>
              </w:rPr>
              <w:t xml:space="preserve"> </w:t>
            </w:r>
          </w:p>
        </w:tc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7603EFA" w14:textId="77777777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 xml:space="preserve">Event / gifting purpose </w:t>
            </w:r>
            <w:r w:rsidRPr="00194653">
              <w:rPr>
                <w:b/>
                <w:color w:val="EE0000"/>
              </w:rPr>
              <w:t>*</w:t>
            </w:r>
          </w:p>
          <w:p w14:paraId="625CA8A7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i/>
                <w:color w:val="8A8A8A"/>
                <w:sz w:val="16"/>
              </w:rPr>
              <w:t>Client gifts / launch / staff / conference / other</w:t>
            </w:r>
          </w:p>
        </w:tc>
      </w:tr>
      <w:tr w:rsidR="00236C6C" w14:paraId="33556FEA" w14:textId="77777777">
        <w:trPr>
          <w:jc w:val="center"/>
        </w:trPr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368E3B3" w14:textId="77777777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>Brand colours</w:t>
            </w:r>
          </w:p>
          <w:p w14:paraId="39F41867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color w:val="8A8A8A"/>
                <w:sz w:val="16"/>
              </w:rPr>
              <w:t xml:space="preserve"> </w:t>
            </w:r>
          </w:p>
        </w:tc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59011B" w14:textId="77777777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>Logo placement</w:t>
            </w:r>
          </w:p>
          <w:p w14:paraId="458C52E8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i/>
                <w:color w:val="8A8A8A"/>
                <w:sz w:val="16"/>
              </w:rPr>
              <w:t>Label / tag / box / not sure</w:t>
            </w:r>
          </w:p>
        </w:tc>
      </w:tr>
      <w:tr w:rsidR="00236C6C" w14:paraId="17C7B5DE" w14:textId="77777777">
        <w:trPr>
          <w:jc w:val="center"/>
        </w:trPr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FB3317B" w14:textId="77777777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>Recipient type</w:t>
            </w:r>
          </w:p>
          <w:p w14:paraId="487E34D8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i/>
                <w:color w:val="8A8A8A"/>
                <w:sz w:val="16"/>
              </w:rPr>
              <w:t>Clients / staff / speakers / guests / other</w:t>
            </w:r>
          </w:p>
        </w:tc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CBE115F" w14:textId="77777777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>Multiple delivery addresses?</w:t>
            </w:r>
          </w:p>
          <w:p w14:paraId="12AD2741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i/>
                <w:color w:val="8A8A8A"/>
                <w:sz w:val="16"/>
              </w:rPr>
              <w:t>Yes / No / Not sure</w:t>
            </w:r>
          </w:p>
        </w:tc>
      </w:tr>
    </w:tbl>
    <w:p w14:paraId="6398C38A" w14:textId="77777777" w:rsidR="00236C6C" w:rsidRDefault="00236C6C">
      <w:pPr>
        <w:spacing w:after="6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236C6C" w14:paraId="688605CD" w14:textId="77777777">
        <w:trPr>
          <w:jc w:val="center"/>
        </w:trPr>
        <w:tc>
          <w:tcPr>
            <w:tcW w:w="10512" w:type="dxa"/>
            <w:gridSpan w:val="2"/>
            <w:shd w:val="clear" w:color="auto" w:fill="EFE8E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926051" w14:textId="77777777" w:rsidR="00236C6C" w:rsidRDefault="00000000">
            <w:pPr>
              <w:spacing w:after="0"/>
              <w:rPr>
                <w:rFonts w:hint="eastAsia"/>
              </w:rPr>
            </w:pPr>
            <w:r>
              <w:rPr>
                <w:rFonts w:ascii="Georgia" w:hAnsi="Georgia"/>
                <w:b/>
                <w:color w:val="111111"/>
                <w:sz w:val="24"/>
              </w:rPr>
              <w:t>Wedding</w:t>
            </w:r>
            <w:r>
              <w:rPr>
                <w:i/>
                <w:color w:val="666666"/>
                <w:sz w:val="16"/>
              </w:rPr>
              <w:t xml:space="preserve">  For wedding favours, bridal party gifts and guest thank-you candles.</w:t>
            </w:r>
          </w:p>
        </w:tc>
      </w:tr>
      <w:tr w:rsidR="00236C6C" w14:paraId="74A7F545" w14:textId="77777777">
        <w:trPr>
          <w:jc w:val="center"/>
        </w:trPr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8996568" w14:textId="77777777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 xml:space="preserve">Couple’s names </w:t>
            </w:r>
            <w:r w:rsidRPr="00D93344">
              <w:rPr>
                <w:b/>
                <w:color w:val="EE0000"/>
              </w:rPr>
              <w:t>*</w:t>
            </w:r>
          </w:p>
          <w:p w14:paraId="2FD4421D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color w:val="8A8A8A"/>
                <w:sz w:val="16"/>
              </w:rPr>
              <w:t xml:space="preserve"> </w:t>
            </w:r>
          </w:p>
        </w:tc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CF92BC5" w14:textId="77777777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 xml:space="preserve">Wedding date </w:t>
            </w:r>
            <w:r w:rsidRPr="00D93344">
              <w:rPr>
                <w:b/>
                <w:color w:val="EE0000"/>
              </w:rPr>
              <w:t>*</w:t>
            </w:r>
          </w:p>
          <w:p w14:paraId="7E113194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i/>
                <w:color w:val="8A8A8A"/>
                <w:sz w:val="16"/>
              </w:rPr>
              <w:t>DD / MM / YYYY</w:t>
            </w:r>
          </w:p>
        </w:tc>
      </w:tr>
      <w:tr w:rsidR="00236C6C" w14:paraId="514EB748" w14:textId="77777777">
        <w:trPr>
          <w:jc w:val="center"/>
        </w:trPr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A7957AB" w14:textId="183E4292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>Guest count</w:t>
            </w:r>
            <w:r w:rsidR="00D93344">
              <w:rPr>
                <w:b/>
                <w:color w:val="111111"/>
              </w:rPr>
              <w:t xml:space="preserve"> </w:t>
            </w:r>
            <w:r w:rsidR="00D93344" w:rsidRPr="00D93344">
              <w:rPr>
                <w:b/>
                <w:color w:val="EE0000"/>
              </w:rPr>
              <w:t>*</w:t>
            </w:r>
          </w:p>
          <w:p w14:paraId="4C2521D9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color w:val="8A8A8A"/>
                <w:sz w:val="16"/>
              </w:rPr>
              <w:t xml:space="preserve"> </w:t>
            </w:r>
          </w:p>
        </w:tc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7905CCB" w14:textId="71363139" w:rsidR="00236C6C" w:rsidRDefault="00000000">
            <w:pPr>
              <w:spacing w:after="60"/>
              <w:rPr>
                <w:rFonts w:hint="eastAsia"/>
              </w:rPr>
            </w:pPr>
            <w:proofErr w:type="spellStart"/>
            <w:r>
              <w:rPr>
                <w:b/>
                <w:color w:val="111111"/>
              </w:rPr>
              <w:t>Colour</w:t>
            </w:r>
            <w:proofErr w:type="spellEnd"/>
            <w:r>
              <w:rPr>
                <w:b/>
                <w:color w:val="111111"/>
              </w:rPr>
              <w:t xml:space="preserve"> palette / theme</w:t>
            </w:r>
            <w:r w:rsidR="00D93344">
              <w:rPr>
                <w:b/>
                <w:color w:val="111111"/>
              </w:rPr>
              <w:t xml:space="preserve"> </w:t>
            </w:r>
            <w:r w:rsidR="00D93344" w:rsidRPr="00D93344">
              <w:rPr>
                <w:b/>
                <w:color w:val="EE0000"/>
              </w:rPr>
              <w:t>*</w:t>
            </w:r>
          </w:p>
          <w:p w14:paraId="0844C538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color w:val="8A8A8A"/>
                <w:sz w:val="16"/>
              </w:rPr>
              <w:t xml:space="preserve"> </w:t>
            </w:r>
          </w:p>
        </w:tc>
      </w:tr>
      <w:tr w:rsidR="00236C6C" w14:paraId="0CFFC83C" w14:textId="77777777">
        <w:trPr>
          <w:jc w:val="center"/>
        </w:trPr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DA1900" w14:textId="163F39F3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>Preferred message</w:t>
            </w:r>
            <w:r w:rsidR="00D93344">
              <w:rPr>
                <w:b/>
                <w:color w:val="111111"/>
              </w:rPr>
              <w:t xml:space="preserve"> </w:t>
            </w:r>
            <w:r w:rsidR="00D93344" w:rsidRPr="00D93344">
              <w:rPr>
                <w:b/>
                <w:color w:val="EE0000"/>
              </w:rPr>
              <w:t>*</w:t>
            </w:r>
          </w:p>
          <w:p w14:paraId="70FDF8A7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i/>
                <w:color w:val="8A8A8A"/>
                <w:sz w:val="16"/>
              </w:rPr>
              <w:t>e.g. Thank you for celebrating with us</w:t>
            </w:r>
          </w:p>
        </w:tc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A390ED6" w14:textId="77777777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>Table / place-name use?</w:t>
            </w:r>
          </w:p>
          <w:p w14:paraId="59FAFE6F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i/>
                <w:color w:val="8A8A8A"/>
                <w:sz w:val="16"/>
              </w:rPr>
              <w:t>Yes / No / Not sure</w:t>
            </w:r>
          </w:p>
        </w:tc>
      </w:tr>
    </w:tbl>
    <w:p w14:paraId="4BB16C74" w14:textId="77777777" w:rsidR="00236C6C" w:rsidRDefault="00236C6C">
      <w:pPr>
        <w:spacing w:after="6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236C6C" w14:paraId="72A036D7" w14:textId="77777777">
        <w:trPr>
          <w:jc w:val="center"/>
        </w:trPr>
        <w:tc>
          <w:tcPr>
            <w:tcW w:w="10512" w:type="dxa"/>
            <w:gridSpan w:val="2"/>
            <w:shd w:val="clear" w:color="auto" w:fill="EFE8E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9A82FE" w14:textId="77777777" w:rsidR="00236C6C" w:rsidRDefault="00000000">
            <w:pPr>
              <w:spacing w:after="0"/>
              <w:rPr>
                <w:rFonts w:hint="eastAsia"/>
              </w:rPr>
            </w:pPr>
            <w:r>
              <w:rPr>
                <w:rFonts w:ascii="Georgia" w:hAnsi="Georgia"/>
                <w:b/>
                <w:color w:val="111111"/>
                <w:sz w:val="24"/>
              </w:rPr>
              <w:t>Baby Shower</w:t>
            </w:r>
            <w:r>
              <w:rPr>
                <w:i/>
                <w:color w:val="666666"/>
                <w:sz w:val="16"/>
              </w:rPr>
              <w:t xml:space="preserve">  For shower favours, gender-neutral celebrations and welcome-baby gifts.</w:t>
            </w:r>
          </w:p>
        </w:tc>
      </w:tr>
      <w:tr w:rsidR="00236C6C" w14:paraId="3CA32E1C" w14:textId="77777777">
        <w:trPr>
          <w:jc w:val="center"/>
        </w:trPr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764DDF4" w14:textId="582FB982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 xml:space="preserve">Parent / host name(s) </w:t>
            </w:r>
            <w:r w:rsidR="00D93344" w:rsidRPr="00D93344">
              <w:rPr>
                <w:b/>
                <w:color w:val="EE0000"/>
              </w:rPr>
              <w:t>*</w:t>
            </w:r>
          </w:p>
          <w:p w14:paraId="43A39941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color w:val="8A8A8A"/>
                <w:sz w:val="16"/>
              </w:rPr>
              <w:t xml:space="preserve"> </w:t>
            </w:r>
          </w:p>
        </w:tc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3B349E" w14:textId="77777777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>Baby name (if known)</w:t>
            </w:r>
          </w:p>
          <w:p w14:paraId="585E81B7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i/>
                <w:color w:val="8A8A8A"/>
                <w:sz w:val="16"/>
              </w:rPr>
              <w:t>Optional</w:t>
            </w:r>
          </w:p>
        </w:tc>
      </w:tr>
      <w:tr w:rsidR="00236C6C" w14:paraId="5B958272" w14:textId="77777777">
        <w:trPr>
          <w:jc w:val="center"/>
        </w:trPr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B2CBFD6" w14:textId="77777777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>Theme / colour palette</w:t>
            </w:r>
          </w:p>
          <w:p w14:paraId="5EC86283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color w:val="8A8A8A"/>
                <w:sz w:val="16"/>
              </w:rPr>
              <w:t xml:space="preserve"> </w:t>
            </w:r>
          </w:p>
        </w:tc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8781966" w14:textId="4608B6DA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 xml:space="preserve">Shower date </w:t>
            </w:r>
            <w:r w:rsidR="00D93344" w:rsidRPr="00D93344">
              <w:rPr>
                <w:b/>
                <w:color w:val="EE0000"/>
              </w:rPr>
              <w:t>*</w:t>
            </w:r>
          </w:p>
          <w:p w14:paraId="427347C7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i/>
                <w:color w:val="8A8A8A"/>
                <w:sz w:val="16"/>
              </w:rPr>
              <w:t>DD / MM / YYYY</w:t>
            </w:r>
          </w:p>
        </w:tc>
      </w:tr>
      <w:tr w:rsidR="00236C6C" w14:paraId="39A5AE5B" w14:textId="77777777">
        <w:trPr>
          <w:jc w:val="center"/>
        </w:trPr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1BA3180" w14:textId="712B8635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>Preferred message</w:t>
            </w:r>
            <w:r w:rsidR="00D93344">
              <w:rPr>
                <w:b/>
                <w:color w:val="111111"/>
              </w:rPr>
              <w:t xml:space="preserve"> </w:t>
            </w:r>
            <w:r w:rsidR="00D93344" w:rsidRPr="00D93344">
              <w:rPr>
                <w:b/>
                <w:color w:val="EE0000"/>
              </w:rPr>
              <w:t>*</w:t>
            </w:r>
          </w:p>
          <w:p w14:paraId="2F09A610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i/>
                <w:color w:val="8A8A8A"/>
                <w:sz w:val="16"/>
              </w:rPr>
              <w:t>e.g. Thank you for celebrating with us</w:t>
            </w:r>
          </w:p>
        </w:tc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0346DE2" w14:textId="77777777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>Gender-neutral styling preferred?</w:t>
            </w:r>
          </w:p>
          <w:p w14:paraId="1668482D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i/>
                <w:color w:val="8A8A8A"/>
                <w:sz w:val="16"/>
              </w:rPr>
              <w:t>Yes / No / Not sure</w:t>
            </w:r>
          </w:p>
        </w:tc>
      </w:tr>
    </w:tbl>
    <w:p w14:paraId="241EA1E4" w14:textId="77777777" w:rsidR="00236C6C" w:rsidRDefault="00236C6C">
      <w:pPr>
        <w:spacing w:after="60"/>
        <w:rPr>
          <w:rFonts w:hint="eastAsia"/>
        </w:rPr>
      </w:pPr>
    </w:p>
    <w:p w14:paraId="46357095" w14:textId="77777777" w:rsidR="00236C6C" w:rsidRDefault="00000000">
      <w:pPr>
        <w:rPr>
          <w:rFonts w:hint="eastAsia"/>
        </w:rPr>
      </w:pPr>
      <w:r>
        <w:br w:type="page"/>
      </w:r>
    </w:p>
    <w:p w14:paraId="0B2CEC48" w14:textId="77777777" w:rsidR="00236C6C" w:rsidRDefault="00000000">
      <w:pPr>
        <w:spacing w:after="40"/>
        <w:jc w:val="center"/>
        <w:rPr>
          <w:rFonts w:hint="eastAsia"/>
        </w:rPr>
      </w:pPr>
      <w:r>
        <w:rPr>
          <w:rFonts w:ascii="Georgia" w:hAnsi="Georgia"/>
          <w:color w:val="111111"/>
          <w:sz w:val="36"/>
        </w:rPr>
        <w:lastRenderedPageBreak/>
        <w:t>JOJO MARIE®</w:t>
      </w:r>
    </w:p>
    <w:p w14:paraId="55714C10" w14:textId="77777777" w:rsidR="00236C6C" w:rsidRDefault="00000000">
      <w:pPr>
        <w:jc w:val="center"/>
        <w:rPr>
          <w:rFonts w:hint="eastAsia"/>
        </w:rPr>
      </w:pPr>
      <w:r>
        <w:rPr>
          <w:b/>
          <w:color w:val="A7896F"/>
          <w:sz w:val="16"/>
        </w:rPr>
        <w:t>OCCASION-SPECIFIC DETAILS - CONTINUED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236C6C" w14:paraId="24CF282D" w14:textId="77777777">
        <w:trPr>
          <w:jc w:val="center"/>
        </w:trPr>
        <w:tc>
          <w:tcPr>
            <w:tcW w:w="10512" w:type="dxa"/>
            <w:gridSpan w:val="2"/>
            <w:shd w:val="clear" w:color="auto" w:fill="EFE8E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7FEDB5" w14:textId="77777777" w:rsidR="00236C6C" w:rsidRDefault="00000000">
            <w:pPr>
              <w:spacing w:after="0"/>
              <w:rPr>
                <w:rFonts w:hint="eastAsia"/>
              </w:rPr>
            </w:pPr>
            <w:r>
              <w:rPr>
                <w:rFonts w:ascii="Georgia" w:hAnsi="Georgia"/>
                <w:b/>
                <w:color w:val="111111"/>
                <w:sz w:val="24"/>
              </w:rPr>
              <w:t>Birthday</w:t>
            </w:r>
            <w:r>
              <w:rPr>
                <w:i/>
                <w:color w:val="666666"/>
                <w:sz w:val="16"/>
              </w:rPr>
              <w:t xml:space="preserve">  For milestone birthdays, party favours and personalised keepsakes.</w:t>
            </w:r>
          </w:p>
        </w:tc>
      </w:tr>
      <w:tr w:rsidR="00236C6C" w14:paraId="37B3E826" w14:textId="77777777">
        <w:trPr>
          <w:jc w:val="center"/>
        </w:trPr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A44FDB8" w14:textId="01EB1C17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 xml:space="preserve">Celebrant’s name </w:t>
            </w:r>
            <w:r w:rsidR="00D93344" w:rsidRPr="00D93344">
              <w:rPr>
                <w:b/>
                <w:color w:val="EE0000"/>
              </w:rPr>
              <w:t>*</w:t>
            </w:r>
          </w:p>
          <w:p w14:paraId="03C65E9A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color w:val="8A8A8A"/>
                <w:sz w:val="16"/>
              </w:rPr>
              <w:t xml:space="preserve"> </w:t>
            </w:r>
          </w:p>
        </w:tc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C27FCDB" w14:textId="77777777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>Age / milestone</w:t>
            </w:r>
          </w:p>
          <w:p w14:paraId="551C3F44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i/>
                <w:color w:val="8A8A8A"/>
                <w:sz w:val="16"/>
              </w:rPr>
              <w:t>e.g. 30th / 50th / 90th</w:t>
            </w:r>
          </w:p>
        </w:tc>
      </w:tr>
      <w:tr w:rsidR="00236C6C" w14:paraId="7418216C" w14:textId="77777777">
        <w:trPr>
          <w:jc w:val="center"/>
        </w:trPr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DDC87C" w14:textId="77777777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>Party theme / colours</w:t>
            </w:r>
          </w:p>
          <w:p w14:paraId="5660E5E2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color w:val="8A8A8A"/>
                <w:sz w:val="16"/>
              </w:rPr>
              <w:t xml:space="preserve"> </w:t>
            </w:r>
          </w:p>
        </w:tc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E5FE8B7" w14:textId="4CDBE06D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 xml:space="preserve">Birthday date </w:t>
            </w:r>
            <w:r w:rsidR="00D93344" w:rsidRPr="00D93344">
              <w:rPr>
                <w:b/>
                <w:color w:val="EE0000"/>
              </w:rPr>
              <w:t>*</w:t>
            </w:r>
          </w:p>
          <w:p w14:paraId="206F979D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i/>
                <w:color w:val="8A8A8A"/>
                <w:sz w:val="16"/>
              </w:rPr>
              <w:t>DD / MM / YYYY</w:t>
            </w:r>
          </w:p>
        </w:tc>
      </w:tr>
      <w:tr w:rsidR="00236C6C" w14:paraId="644DF19B" w14:textId="77777777">
        <w:trPr>
          <w:jc w:val="center"/>
        </w:trPr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CC71FB3" w14:textId="77777777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>Preferred message</w:t>
            </w:r>
          </w:p>
          <w:p w14:paraId="5E17EC6B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color w:val="8A8A8A"/>
                <w:sz w:val="16"/>
              </w:rPr>
              <w:t xml:space="preserve"> </w:t>
            </w:r>
          </w:p>
        </w:tc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6D5AF45" w14:textId="17B181FB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>Guest count</w:t>
            </w:r>
            <w:r w:rsidR="00D93344">
              <w:rPr>
                <w:b/>
                <w:color w:val="111111"/>
              </w:rPr>
              <w:t xml:space="preserve"> </w:t>
            </w:r>
            <w:r w:rsidR="00D93344" w:rsidRPr="00D93344">
              <w:rPr>
                <w:b/>
                <w:color w:val="EE0000"/>
              </w:rPr>
              <w:t>*</w:t>
            </w:r>
          </w:p>
          <w:p w14:paraId="5EB1C135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color w:val="8A8A8A"/>
                <w:sz w:val="16"/>
              </w:rPr>
              <w:t xml:space="preserve"> </w:t>
            </w:r>
          </w:p>
        </w:tc>
      </w:tr>
    </w:tbl>
    <w:p w14:paraId="1D3AC1F8" w14:textId="77777777" w:rsidR="00236C6C" w:rsidRDefault="00236C6C">
      <w:pPr>
        <w:spacing w:after="6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236C6C" w14:paraId="37A94DD2" w14:textId="77777777">
        <w:trPr>
          <w:jc w:val="center"/>
        </w:trPr>
        <w:tc>
          <w:tcPr>
            <w:tcW w:w="10512" w:type="dxa"/>
            <w:gridSpan w:val="2"/>
            <w:shd w:val="clear" w:color="auto" w:fill="EFE8E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23007D4" w14:textId="77777777" w:rsidR="00236C6C" w:rsidRDefault="00000000">
            <w:pPr>
              <w:spacing w:after="0"/>
              <w:rPr>
                <w:rFonts w:hint="eastAsia"/>
              </w:rPr>
            </w:pPr>
            <w:r>
              <w:rPr>
                <w:rFonts w:ascii="Georgia" w:hAnsi="Georgia"/>
                <w:b/>
                <w:color w:val="111111"/>
                <w:sz w:val="24"/>
              </w:rPr>
              <w:t>Special Occasion</w:t>
            </w:r>
            <w:r>
              <w:rPr>
                <w:i/>
                <w:color w:val="666666"/>
                <w:sz w:val="16"/>
              </w:rPr>
              <w:t xml:space="preserve">  For anniversaries, engagements, christenings, memorials and other meaningful events.</w:t>
            </w:r>
          </w:p>
        </w:tc>
      </w:tr>
      <w:tr w:rsidR="00236C6C" w14:paraId="5079A724" w14:textId="77777777">
        <w:trPr>
          <w:jc w:val="center"/>
        </w:trPr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51B4A3A" w14:textId="5CFC1AA1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 xml:space="preserve">Occasion type </w:t>
            </w:r>
            <w:r w:rsidR="00D93344" w:rsidRPr="00D93344">
              <w:rPr>
                <w:b/>
                <w:color w:val="EE0000"/>
              </w:rPr>
              <w:t>*</w:t>
            </w:r>
          </w:p>
          <w:p w14:paraId="32FB8437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color w:val="8A8A8A"/>
                <w:sz w:val="16"/>
              </w:rPr>
              <w:t xml:space="preserve"> </w:t>
            </w:r>
          </w:p>
        </w:tc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0BF03E" w14:textId="77777777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>Recipient / event name</w:t>
            </w:r>
          </w:p>
          <w:p w14:paraId="430C788E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color w:val="8A8A8A"/>
                <w:sz w:val="16"/>
              </w:rPr>
              <w:t xml:space="preserve"> </w:t>
            </w:r>
          </w:p>
        </w:tc>
      </w:tr>
      <w:tr w:rsidR="00236C6C" w14:paraId="75D6E5BE" w14:textId="77777777">
        <w:trPr>
          <w:jc w:val="center"/>
        </w:trPr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60DFBD3" w14:textId="7EF6FF75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 xml:space="preserve">Event date </w:t>
            </w:r>
            <w:r w:rsidR="00D93344" w:rsidRPr="00D93344">
              <w:rPr>
                <w:b/>
                <w:color w:val="EE0000"/>
              </w:rPr>
              <w:t>*</w:t>
            </w:r>
          </w:p>
          <w:p w14:paraId="4182AF22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i/>
                <w:color w:val="8A8A8A"/>
                <w:sz w:val="16"/>
              </w:rPr>
              <w:t>DD / MM / YYYY</w:t>
            </w:r>
          </w:p>
        </w:tc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D859141" w14:textId="77777777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>Theme / colours</w:t>
            </w:r>
          </w:p>
          <w:p w14:paraId="182245A7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color w:val="8A8A8A"/>
                <w:sz w:val="16"/>
              </w:rPr>
              <w:t xml:space="preserve"> </w:t>
            </w:r>
          </w:p>
        </w:tc>
      </w:tr>
      <w:tr w:rsidR="00236C6C" w14:paraId="13A64A40" w14:textId="77777777">
        <w:trPr>
          <w:jc w:val="center"/>
        </w:trPr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388E34" w14:textId="45A3F2E7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>Preferred message</w:t>
            </w:r>
            <w:r w:rsidR="00D93344">
              <w:rPr>
                <w:b/>
                <w:color w:val="111111"/>
              </w:rPr>
              <w:t xml:space="preserve"> </w:t>
            </w:r>
            <w:r w:rsidR="00D93344" w:rsidRPr="00D93344">
              <w:rPr>
                <w:b/>
                <w:color w:val="EE0000"/>
              </w:rPr>
              <w:t>*</w:t>
            </w:r>
          </w:p>
          <w:p w14:paraId="24B43530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color w:val="8A8A8A"/>
                <w:sz w:val="16"/>
              </w:rPr>
              <w:t xml:space="preserve"> </w:t>
            </w:r>
          </w:p>
        </w:tc>
        <w:tc>
          <w:tcPr>
            <w:tcW w:w="5256" w:type="dxa"/>
            <w:tcBorders>
              <w:bottom w:val="single" w:sz="6" w:space="0" w:color="D6CCC4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69332D" w14:textId="77777777" w:rsidR="00236C6C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111111"/>
              </w:rPr>
              <w:t>Anything we should be sensitive to?</w:t>
            </w:r>
          </w:p>
          <w:p w14:paraId="4EDD1CCA" w14:textId="77777777" w:rsidR="00236C6C" w:rsidRDefault="00000000">
            <w:pPr>
              <w:keepNext/>
              <w:spacing w:after="20"/>
              <w:rPr>
                <w:rFonts w:hint="eastAsia"/>
              </w:rPr>
            </w:pPr>
            <w:r>
              <w:rPr>
                <w:i/>
                <w:color w:val="8A8A8A"/>
                <w:sz w:val="16"/>
              </w:rPr>
              <w:t>Optional</w:t>
            </w:r>
          </w:p>
        </w:tc>
      </w:tr>
    </w:tbl>
    <w:p w14:paraId="6D7B3D0F" w14:textId="77777777" w:rsidR="00236C6C" w:rsidRDefault="00236C6C">
      <w:pPr>
        <w:spacing w:after="60"/>
        <w:rPr>
          <w:rFonts w:hint="eastAsia"/>
        </w:rPr>
      </w:pPr>
    </w:p>
    <w:p w14:paraId="2BE2510D" w14:textId="77777777" w:rsidR="00236C6C" w:rsidRDefault="00000000">
      <w:pPr>
        <w:rPr>
          <w:rFonts w:hint="eastAsia"/>
        </w:rPr>
      </w:pPr>
      <w:r>
        <w:br w:type="page"/>
      </w:r>
    </w:p>
    <w:p w14:paraId="244C2914" w14:textId="77777777" w:rsidR="00236C6C" w:rsidRDefault="00000000">
      <w:pPr>
        <w:spacing w:after="40"/>
        <w:jc w:val="center"/>
        <w:rPr>
          <w:rFonts w:hint="eastAsia"/>
        </w:rPr>
      </w:pPr>
      <w:r>
        <w:rPr>
          <w:rFonts w:ascii="Georgia" w:hAnsi="Georgia"/>
          <w:color w:val="111111"/>
          <w:sz w:val="36"/>
        </w:rPr>
        <w:lastRenderedPageBreak/>
        <w:t>JOJO MARIE®</w:t>
      </w:r>
    </w:p>
    <w:p w14:paraId="18D0B770" w14:textId="77777777" w:rsidR="00236C6C" w:rsidRDefault="00000000">
      <w:pPr>
        <w:jc w:val="center"/>
        <w:rPr>
          <w:rFonts w:hint="eastAsia"/>
        </w:rPr>
      </w:pPr>
      <w:r>
        <w:rPr>
          <w:b/>
          <w:color w:val="A7896F"/>
          <w:sz w:val="16"/>
        </w:rPr>
        <w:t>FINAL DETAILS</w:t>
      </w:r>
    </w:p>
    <w:p w14:paraId="1A1A0EFE" w14:textId="77777777" w:rsidR="00236C6C" w:rsidRDefault="00000000">
      <w:pPr>
        <w:spacing w:before="140" w:after="80"/>
        <w:rPr>
          <w:rFonts w:hint="eastAsia"/>
        </w:rPr>
      </w:pPr>
      <w:r>
        <w:rPr>
          <w:rFonts w:ascii="Georgia" w:hAnsi="Georgia"/>
          <w:color w:val="111111"/>
          <w:sz w:val="28"/>
        </w:rPr>
        <w:t>6. Inspiration &amp; Additional Notes</w:t>
      </w:r>
    </w:p>
    <w:p w14:paraId="74BDEECD" w14:textId="77777777" w:rsidR="00236C6C" w:rsidRDefault="00000000">
      <w:pPr>
        <w:spacing w:before="40" w:after="100"/>
        <w:rPr>
          <w:rFonts w:hint="eastAsia"/>
        </w:rPr>
      </w:pPr>
      <w:r>
        <w:rPr>
          <w:i/>
          <w:color w:val="666666"/>
          <w:sz w:val="16"/>
        </w:rPr>
        <w:t>If you have a logo, invitation, mood board, colour reference or example you love, please attach it to your email when returning this form.</w:t>
      </w:r>
    </w:p>
    <w:p w14:paraId="357F2815" w14:textId="77777777" w:rsidR="00236C6C" w:rsidRDefault="00000000">
      <w:pPr>
        <w:spacing w:before="80" w:after="40"/>
        <w:rPr>
          <w:rFonts w:hint="eastAsia"/>
        </w:rPr>
      </w:pPr>
      <w:r>
        <w:rPr>
          <w:b/>
          <w:color w:val="111111"/>
        </w:rPr>
        <w:t>Inspiration / design notes</w:t>
      </w:r>
    </w:p>
    <w:p w14:paraId="6A317FF9" w14:textId="77777777" w:rsidR="00236C6C" w:rsidRDefault="00000000">
      <w:pPr>
        <w:spacing w:after="20"/>
        <w:rPr>
          <w:rFonts w:hint="eastAsia"/>
        </w:rPr>
      </w:pPr>
      <w:r>
        <w:rPr>
          <w:color w:val="C5B8AE"/>
          <w:sz w:val="16"/>
        </w:rPr>
        <w:t>__________________________________________________________________________________________________</w:t>
      </w:r>
    </w:p>
    <w:p w14:paraId="08076534" w14:textId="77777777" w:rsidR="00236C6C" w:rsidRDefault="00000000">
      <w:pPr>
        <w:spacing w:after="20"/>
        <w:rPr>
          <w:rFonts w:hint="eastAsia"/>
        </w:rPr>
      </w:pPr>
      <w:r>
        <w:rPr>
          <w:color w:val="C5B8AE"/>
          <w:sz w:val="16"/>
        </w:rPr>
        <w:t>__________________________________________________________________________________________________</w:t>
      </w:r>
    </w:p>
    <w:p w14:paraId="1EC22507" w14:textId="77777777" w:rsidR="00236C6C" w:rsidRDefault="00000000">
      <w:pPr>
        <w:spacing w:before="80" w:after="40"/>
        <w:rPr>
          <w:rFonts w:hint="eastAsia"/>
        </w:rPr>
      </w:pPr>
      <w:r>
        <w:rPr>
          <w:b/>
          <w:color w:val="111111"/>
        </w:rPr>
        <w:t>Fragrance notes or scents you would like / avoid</w:t>
      </w:r>
    </w:p>
    <w:p w14:paraId="19134CAC" w14:textId="77777777" w:rsidR="00236C6C" w:rsidRDefault="00000000">
      <w:pPr>
        <w:spacing w:after="20"/>
        <w:rPr>
          <w:rFonts w:hint="eastAsia"/>
        </w:rPr>
      </w:pPr>
      <w:r>
        <w:rPr>
          <w:color w:val="C5B8AE"/>
          <w:sz w:val="16"/>
        </w:rPr>
        <w:t>__________________________________________________________________________________________________</w:t>
      </w:r>
    </w:p>
    <w:p w14:paraId="14710EC5" w14:textId="77777777" w:rsidR="00236C6C" w:rsidRDefault="00000000">
      <w:pPr>
        <w:spacing w:after="20"/>
        <w:rPr>
          <w:rFonts w:hint="eastAsia"/>
        </w:rPr>
      </w:pPr>
      <w:r>
        <w:rPr>
          <w:color w:val="C5B8AE"/>
          <w:sz w:val="16"/>
        </w:rPr>
        <w:t>__________________________________________________________________________________________________</w:t>
      </w:r>
    </w:p>
    <w:p w14:paraId="50505C74" w14:textId="77777777" w:rsidR="00236C6C" w:rsidRDefault="00000000">
      <w:pPr>
        <w:spacing w:before="80" w:after="40"/>
        <w:rPr>
          <w:rFonts w:hint="eastAsia"/>
        </w:rPr>
      </w:pPr>
      <w:r>
        <w:rPr>
          <w:b/>
          <w:color w:val="111111"/>
        </w:rPr>
        <w:t>Packaging requests</w:t>
      </w:r>
    </w:p>
    <w:p w14:paraId="35F7B385" w14:textId="77777777" w:rsidR="00236C6C" w:rsidRDefault="00000000">
      <w:pPr>
        <w:spacing w:after="20"/>
        <w:rPr>
          <w:rFonts w:hint="eastAsia"/>
        </w:rPr>
      </w:pPr>
      <w:r>
        <w:rPr>
          <w:color w:val="C5B8AE"/>
          <w:sz w:val="16"/>
        </w:rPr>
        <w:t>__________________________________________________________________________________________________</w:t>
      </w:r>
    </w:p>
    <w:p w14:paraId="7AAEC5F0" w14:textId="77777777" w:rsidR="00236C6C" w:rsidRDefault="00000000">
      <w:pPr>
        <w:spacing w:after="20"/>
        <w:rPr>
          <w:rFonts w:hint="eastAsia"/>
        </w:rPr>
      </w:pPr>
      <w:r>
        <w:rPr>
          <w:color w:val="C5B8AE"/>
          <w:sz w:val="16"/>
        </w:rPr>
        <w:t>__________________________________________________________________________________________________</w:t>
      </w:r>
    </w:p>
    <w:p w14:paraId="1DEC731D" w14:textId="77777777" w:rsidR="00236C6C" w:rsidRDefault="00000000">
      <w:pPr>
        <w:spacing w:before="80" w:after="40"/>
        <w:rPr>
          <w:rFonts w:hint="eastAsia"/>
        </w:rPr>
      </w:pPr>
      <w:r>
        <w:rPr>
          <w:b/>
          <w:color w:val="111111"/>
        </w:rPr>
        <w:t>Anything else we should know</w:t>
      </w:r>
    </w:p>
    <w:p w14:paraId="1308DACE" w14:textId="77777777" w:rsidR="00236C6C" w:rsidRDefault="00000000">
      <w:pPr>
        <w:spacing w:after="20"/>
        <w:rPr>
          <w:rFonts w:hint="eastAsia"/>
        </w:rPr>
      </w:pPr>
      <w:r>
        <w:rPr>
          <w:color w:val="C5B8AE"/>
          <w:sz w:val="16"/>
        </w:rPr>
        <w:t>__________________________________________________________________________________________________</w:t>
      </w:r>
    </w:p>
    <w:p w14:paraId="55BEDE50" w14:textId="77777777" w:rsidR="00236C6C" w:rsidRDefault="00000000">
      <w:pPr>
        <w:spacing w:after="20"/>
        <w:rPr>
          <w:rFonts w:hint="eastAsia"/>
        </w:rPr>
      </w:pPr>
      <w:r>
        <w:rPr>
          <w:color w:val="C5B8AE"/>
          <w:sz w:val="16"/>
        </w:rPr>
        <w:t>__________________________________________________________________________________________________</w:t>
      </w:r>
    </w:p>
    <w:p w14:paraId="166375DC" w14:textId="77777777" w:rsidR="00236C6C" w:rsidRDefault="00000000">
      <w:pPr>
        <w:spacing w:before="140" w:after="80"/>
        <w:rPr>
          <w:rFonts w:hint="eastAsia"/>
        </w:rPr>
      </w:pPr>
      <w:r>
        <w:rPr>
          <w:rFonts w:ascii="Georgia" w:hAnsi="Georgia"/>
          <w:color w:val="111111"/>
          <w:sz w:val="28"/>
        </w:rPr>
        <w:t>7. Before You Send It Back</w:t>
      </w:r>
    </w:p>
    <w:p w14:paraId="00AD47C0" w14:textId="77777777" w:rsidR="00236C6C" w:rsidRDefault="00000000">
      <w:pPr>
        <w:spacing w:after="40"/>
        <w:rPr>
          <w:rFonts w:hint="eastAsia"/>
        </w:rPr>
      </w:pPr>
      <w:r>
        <w:rPr>
          <w:color w:val="111111"/>
        </w:rPr>
        <w:t>☐ I have included my event date and required-by date.</w:t>
      </w:r>
    </w:p>
    <w:p w14:paraId="12A64787" w14:textId="77777777" w:rsidR="00236C6C" w:rsidRDefault="00000000">
      <w:pPr>
        <w:spacing w:after="40"/>
        <w:rPr>
          <w:rFonts w:hint="eastAsia"/>
        </w:rPr>
      </w:pPr>
      <w:r>
        <w:rPr>
          <w:color w:val="111111"/>
        </w:rPr>
        <w:t>☐ I have included an approximate quantity.</w:t>
      </w:r>
    </w:p>
    <w:p w14:paraId="1012B10E" w14:textId="77777777" w:rsidR="00236C6C" w:rsidRDefault="00000000">
      <w:pPr>
        <w:spacing w:after="40"/>
        <w:rPr>
          <w:rFonts w:hint="eastAsia"/>
        </w:rPr>
      </w:pPr>
      <w:r>
        <w:rPr>
          <w:color w:val="111111"/>
        </w:rPr>
        <w:t>☐ I have completed the section relevant to my occasion.</w:t>
      </w:r>
    </w:p>
    <w:p w14:paraId="381F2F1B" w14:textId="77777777" w:rsidR="00236C6C" w:rsidRDefault="00000000">
      <w:pPr>
        <w:spacing w:after="40"/>
        <w:rPr>
          <w:rFonts w:hint="eastAsia"/>
        </w:rPr>
      </w:pPr>
      <w:r>
        <w:rPr>
          <w:color w:val="111111"/>
        </w:rPr>
        <w:t>☐ I will attach any logo, artwork or inspiration files separately if applicable.</w:t>
      </w:r>
    </w:p>
    <w:p w14:paraId="1F5EE5CE" w14:textId="77777777" w:rsidR="00236C6C" w:rsidRDefault="00000000">
      <w:pPr>
        <w:spacing w:after="40"/>
        <w:rPr>
          <w:rFonts w:hint="eastAsia"/>
        </w:rPr>
      </w:pPr>
      <w:r>
        <w:rPr>
          <w:color w:val="111111"/>
        </w:rPr>
        <w:t>☐ I understand this is an enquiry, not a confirmed order or final quotation.</w:t>
      </w:r>
    </w:p>
    <w:p w14:paraId="16A2DA78" w14:textId="77777777" w:rsidR="00236C6C" w:rsidRDefault="00000000">
      <w:pPr>
        <w:spacing w:before="160" w:after="80"/>
        <w:rPr>
          <w:rFonts w:hint="eastAsia"/>
        </w:rPr>
      </w:pPr>
      <w:r>
        <w:rPr>
          <w:rFonts w:ascii="Georgia" w:hAnsi="Georgia"/>
          <w:color w:val="111111"/>
          <w:sz w:val="26"/>
        </w:rPr>
        <w:t>What happens next?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25"/>
        <w:gridCol w:w="2625"/>
        <w:gridCol w:w="2625"/>
        <w:gridCol w:w="2625"/>
      </w:tblGrid>
      <w:tr w:rsidR="00236C6C" w14:paraId="4F01844E" w14:textId="77777777">
        <w:trPr>
          <w:jc w:val="center"/>
        </w:trPr>
        <w:tc>
          <w:tcPr>
            <w:tcW w:w="2628" w:type="dxa"/>
            <w:tcBorders>
              <w:top w:val="single" w:sz="5" w:space="0" w:color="DED4CC"/>
              <w:left w:val="single" w:sz="5" w:space="0" w:color="DED4CC"/>
              <w:bottom w:val="single" w:sz="5" w:space="0" w:color="DED4CC"/>
              <w:right w:val="single" w:sz="5" w:space="0" w:color="DED4CC"/>
            </w:tcBorders>
            <w:shd w:val="clear" w:color="auto" w:fill="F8F6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0A3DDC7" w14:textId="77777777" w:rsidR="00236C6C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A7896F"/>
                <w:sz w:val="16"/>
              </w:rPr>
              <w:t>01</w:t>
            </w:r>
            <w:r>
              <w:rPr>
                <w:b/>
                <w:color w:val="A7896F"/>
                <w:sz w:val="16"/>
              </w:rPr>
              <w:br/>
            </w:r>
            <w:r>
              <w:rPr>
                <w:b/>
                <w:color w:val="111111"/>
              </w:rPr>
              <w:t>Review</w:t>
            </w:r>
            <w:r>
              <w:rPr>
                <w:b/>
                <w:color w:val="111111"/>
              </w:rPr>
              <w:br/>
            </w:r>
            <w:r>
              <w:rPr>
                <w:color w:val="666666"/>
                <w:sz w:val="15"/>
              </w:rPr>
              <w:t>We review your event details.</w:t>
            </w:r>
          </w:p>
        </w:tc>
        <w:tc>
          <w:tcPr>
            <w:tcW w:w="2628" w:type="dxa"/>
            <w:tcBorders>
              <w:top w:val="single" w:sz="5" w:space="0" w:color="DED4CC"/>
              <w:left w:val="single" w:sz="5" w:space="0" w:color="DED4CC"/>
              <w:bottom w:val="single" w:sz="5" w:space="0" w:color="DED4CC"/>
              <w:right w:val="single" w:sz="5" w:space="0" w:color="DED4CC"/>
            </w:tcBorders>
            <w:shd w:val="clear" w:color="auto" w:fill="F8F6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97FC6E7" w14:textId="77777777" w:rsidR="00236C6C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A7896F"/>
                <w:sz w:val="16"/>
              </w:rPr>
              <w:t>02</w:t>
            </w:r>
            <w:r>
              <w:rPr>
                <w:b/>
                <w:color w:val="A7896F"/>
                <w:sz w:val="16"/>
              </w:rPr>
              <w:br/>
            </w:r>
            <w:r>
              <w:rPr>
                <w:b/>
                <w:color w:val="111111"/>
              </w:rPr>
              <w:t>Recommend</w:t>
            </w:r>
            <w:r>
              <w:rPr>
                <w:b/>
                <w:color w:val="111111"/>
              </w:rPr>
              <w:br/>
            </w:r>
            <w:r>
              <w:rPr>
                <w:color w:val="666666"/>
                <w:sz w:val="15"/>
              </w:rPr>
              <w:t>We confirm suitable candle and personalisation options.</w:t>
            </w:r>
          </w:p>
        </w:tc>
        <w:tc>
          <w:tcPr>
            <w:tcW w:w="2628" w:type="dxa"/>
            <w:tcBorders>
              <w:top w:val="single" w:sz="5" w:space="0" w:color="DED4CC"/>
              <w:left w:val="single" w:sz="5" w:space="0" w:color="DED4CC"/>
              <w:bottom w:val="single" w:sz="5" w:space="0" w:color="DED4CC"/>
              <w:right w:val="single" w:sz="5" w:space="0" w:color="DED4CC"/>
            </w:tcBorders>
            <w:shd w:val="clear" w:color="auto" w:fill="F8F6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5FE5AD2" w14:textId="77777777" w:rsidR="00236C6C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A7896F"/>
                <w:sz w:val="16"/>
              </w:rPr>
              <w:t>03</w:t>
            </w:r>
            <w:r>
              <w:rPr>
                <w:b/>
                <w:color w:val="A7896F"/>
                <w:sz w:val="16"/>
              </w:rPr>
              <w:br/>
            </w:r>
            <w:r>
              <w:rPr>
                <w:b/>
                <w:color w:val="111111"/>
              </w:rPr>
              <w:t>Quote</w:t>
            </w:r>
            <w:r>
              <w:rPr>
                <w:b/>
                <w:color w:val="111111"/>
              </w:rPr>
              <w:br/>
            </w:r>
            <w:r>
              <w:rPr>
                <w:color w:val="666666"/>
                <w:sz w:val="15"/>
              </w:rPr>
              <w:t>You receive a written quotation and any agreed design mock-up.</w:t>
            </w:r>
          </w:p>
        </w:tc>
        <w:tc>
          <w:tcPr>
            <w:tcW w:w="2628" w:type="dxa"/>
            <w:tcBorders>
              <w:top w:val="single" w:sz="5" w:space="0" w:color="DED4CC"/>
              <w:left w:val="single" w:sz="5" w:space="0" w:color="DED4CC"/>
              <w:bottom w:val="single" w:sz="5" w:space="0" w:color="DED4CC"/>
              <w:right w:val="single" w:sz="5" w:space="0" w:color="DED4CC"/>
            </w:tcBorders>
            <w:shd w:val="clear" w:color="auto" w:fill="F8F6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9EEF388" w14:textId="77777777" w:rsidR="00236C6C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A7896F"/>
                <w:sz w:val="16"/>
              </w:rPr>
              <w:t>04</w:t>
            </w:r>
            <w:r>
              <w:rPr>
                <w:b/>
                <w:color w:val="A7896F"/>
                <w:sz w:val="16"/>
              </w:rPr>
              <w:br/>
            </w:r>
            <w:r>
              <w:rPr>
                <w:b/>
                <w:color w:val="111111"/>
              </w:rPr>
              <w:t>Confirm</w:t>
            </w:r>
            <w:r>
              <w:rPr>
                <w:b/>
                <w:color w:val="111111"/>
              </w:rPr>
              <w:br/>
            </w:r>
            <w:r>
              <w:rPr>
                <w:color w:val="666666"/>
                <w:sz w:val="15"/>
              </w:rPr>
              <w:t>Production begins after approval and payment, unless otherwise agreed.</w:t>
            </w:r>
          </w:p>
        </w:tc>
      </w:tr>
    </w:tbl>
    <w:p w14:paraId="083D8901" w14:textId="77777777" w:rsidR="00236C6C" w:rsidRDefault="00000000">
      <w:pPr>
        <w:spacing w:before="40" w:after="100"/>
        <w:rPr>
          <w:rFonts w:hint="eastAsia"/>
        </w:rPr>
      </w:pPr>
      <w:r>
        <w:rPr>
          <w:i/>
          <w:color w:val="666666"/>
          <w:sz w:val="16"/>
        </w:rPr>
        <w:t>Please return your completed form to hello@jojomarie.co.uk. We aim to respond to personalised and event enquiries within 1-2 business days.</w:t>
      </w:r>
    </w:p>
    <w:p w14:paraId="3BBDB34C" w14:textId="77777777" w:rsidR="00236C6C" w:rsidRDefault="00000000">
      <w:pPr>
        <w:spacing w:before="160" w:after="40"/>
        <w:rPr>
          <w:rFonts w:hint="eastAsia"/>
        </w:rPr>
      </w:pPr>
      <w:r>
        <w:rPr>
          <w:color w:val="111111"/>
          <w:sz w:val="17"/>
        </w:rPr>
        <w:t>☐ I am happy for JOJO MARIE LTD to contact me about this enquiry using the details I have provided.</w:t>
      </w:r>
    </w:p>
    <w:p w14:paraId="77942C78" w14:textId="77777777" w:rsidR="00236C6C" w:rsidRDefault="00000000">
      <w:pPr>
        <w:spacing w:after="40"/>
        <w:rPr>
          <w:rFonts w:hint="eastAsia"/>
        </w:rPr>
      </w:pPr>
      <w:r>
        <w:rPr>
          <w:color w:val="111111"/>
        </w:rPr>
        <w:t>Name: __________________________________________    Date: ______________________</w:t>
      </w:r>
    </w:p>
    <w:sectPr w:rsidR="00236C6C" w:rsidSect="00034616">
      <w:footerReference w:type="default" r:id="rId8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AFE40" w14:textId="77777777" w:rsidR="0001739A" w:rsidRDefault="0001739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22EC961" w14:textId="77777777" w:rsidR="0001739A" w:rsidRDefault="0001739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F10A3" w14:textId="77777777" w:rsidR="00236C6C" w:rsidRDefault="00000000">
    <w:pPr>
      <w:pStyle w:val="Footer"/>
      <w:jc w:val="center"/>
      <w:rPr>
        <w:rFonts w:hint="eastAsia"/>
      </w:rPr>
    </w:pPr>
    <w:r>
      <w:rPr>
        <w:color w:val="666666"/>
        <w:sz w:val="14"/>
      </w:rPr>
      <w:t xml:space="preserve">JOJO MARIE </w:t>
    </w:r>
    <w:proofErr w:type="gramStart"/>
    <w:r>
      <w:rPr>
        <w:color w:val="666666"/>
        <w:sz w:val="14"/>
      </w:rPr>
      <w:t>LTD  |</w:t>
    </w:r>
    <w:proofErr w:type="gramEnd"/>
    <w:r>
      <w:rPr>
        <w:color w:val="666666"/>
        <w:sz w:val="14"/>
      </w:rPr>
      <w:t xml:space="preserve">  Company No. </w:t>
    </w:r>
    <w:proofErr w:type="gramStart"/>
    <w:r>
      <w:rPr>
        <w:color w:val="666666"/>
        <w:sz w:val="14"/>
      </w:rPr>
      <w:t>16619170  |</w:t>
    </w:r>
    <w:proofErr w:type="gramEnd"/>
    <w:r>
      <w:rPr>
        <w:color w:val="666666"/>
        <w:sz w:val="14"/>
      </w:rPr>
      <w:t xml:space="preserve">  </w:t>
    </w:r>
    <w:proofErr w:type="gramStart"/>
    <w:r>
      <w:rPr>
        <w:color w:val="666666"/>
        <w:sz w:val="14"/>
      </w:rPr>
      <w:t>jojomarie.co.uk  |</w:t>
    </w:r>
    <w:proofErr w:type="gramEnd"/>
    <w:r>
      <w:rPr>
        <w:color w:val="666666"/>
        <w:sz w:val="14"/>
      </w:rPr>
      <w:t xml:space="preserve">  hello@jojomarie.co.uk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F6524" w14:textId="77777777" w:rsidR="0001739A" w:rsidRDefault="0001739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E1A8804" w14:textId="77777777" w:rsidR="0001739A" w:rsidRDefault="0001739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5501630">
    <w:abstractNumId w:val="8"/>
  </w:num>
  <w:num w:numId="2" w16cid:durableId="908419333">
    <w:abstractNumId w:val="6"/>
  </w:num>
  <w:num w:numId="3" w16cid:durableId="1748964892">
    <w:abstractNumId w:val="5"/>
  </w:num>
  <w:num w:numId="4" w16cid:durableId="474641946">
    <w:abstractNumId w:val="4"/>
  </w:num>
  <w:num w:numId="5" w16cid:durableId="1921134721">
    <w:abstractNumId w:val="7"/>
  </w:num>
  <w:num w:numId="6" w16cid:durableId="682174707">
    <w:abstractNumId w:val="3"/>
  </w:num>
  <w:num w:numId="7" w16cid:durableId="2073505355">
    <w:abstractNumId w:val="2"/>
  </w:num>
  <w:num w:numId="8" w16cid:durableId="1539005482">
    <w:abstractNumId w:val="1"/>
  </w:num>
  <w:num w:numId="9" w16cid:durableId="1154445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39A"/>
    <w:rsid w:val="00034616"/>
    <w:rsid w:val="0006063C"/>
    <w:rsid w:val="0015074B"/>
    <w:rsid w:val="00194653"/>
    <w:rsid w:val="00236C6C"/>
    <w:rsid w:val="0029639D"/>
    <w:rsid w:val="00326F90"/>
    <w:rsid w:val="00AA1D8D"/>
    <w:rsid w:val="00B47730"/>
    <w:rsid w:val="00B90B1B"/>
    <w:rsid w:val="00CB0664"/>
    <w:rsid w:val="00D93344"/>
    <w:rsid w:val="00FC693F"/>
    <w:rsid w:val="00FE3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A69C62"/>
  <w14:defaultImageDpi w14:val="300"/>
  <w15:docId w15:val="{8E1C97B1-2F8E-4563-8422-AAC0484FF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825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 Glewis</cp:lastModifiedBy>
  <cp:revision>4</cp:revision>
  <dcterms:created xsi:type="dcterms:W3CDTF">2026-08-15T05:56:00Z</dcterms:created>
  <dcterms:modified xsi:type="dcterms:W3CDTF">2026-08-15T05:57:00Z</dcterms:modified>
  <cp:category/>
</cp:coreProperties>
</file>